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16a34a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4"/>
                <w:rtl/>
                <w:szCs w:val="44"/>
                <w:bCs/>
              </w:rPr>
              <w:t>מָגֵן קָטָן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עולים חדשים · יצירה · החוזקות שלי</w:t>
            </w:r>
          </w:p>
        </w:tc>
        <w:tc>
          <w:tcPr>
            <w:tcW w:type="dxa" w:w="1417"/>
            <w:shd w:val="clear" w:color="auto" w:fill="16a34a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cfce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מְצַיְּרִים בְּכָל חֵלֶק דִּבֵּר טוֹב שֶׁיֵּשׁ בִּי.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16a34a"/>
          <w:left w:val="dashed" w:sz="8" w:color="16a34a"/>
          <w:bottom w:val="dashed" w:sz="8" w:color="16a34a"/>
          <w:right w:val="dashed" w:sz="8" w:color="16a34a"/>
          <w:insideH w:val="dashed" w:sz="8" w:color="16a34a"/>
          <w:insideV w:val="dashed" w:sz="8" w:color="16a34a"/>
        </w:tblBorders>
      </w:tblPr>
      <w:tblGrid>
        <w:gridCol w:w="5103"/>
        <w:gridCol w:w="5103"/>
      </w:tblGrid>
      <w:tr>
        <w:trPr>
          <w:trHeight w:val="2835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16A34A"/>
                <w:sz w:val="20"/>
                <w:rtl/>
                <w:szCs w:val="20"/>
                <w:bCs/>
              </w:rPr>
              <w:t>אֲנִי טוֹב/טוֹבָה בְּ…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16A34A"/>
                <w:sz w:val="20"/>
                <w:rtl/>
                <w:szCs w:val="20"/>
                <w:bCs/>
              </w:rPr>
              <w:t>אֲנִי אוֹהֵב/אוֹהֶבֶת…</w:t>
            </w:r>
          </w:p>
        </w:tc>
      </w:tr>
      <w:tr>
        <w:trPr>
          <w:trHeight w:val="2835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16A34A"/>
                <w:sz w:val="20"/>
                <w:rtl/>
                <w:szCs w:val="20"/>
                <w:bCs/>
              </w:rPr>
              <w:t>עָזַרְתִּי לְ…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16A34A"/>
                <w:sz w:val="20"/>
                <w:rtl/>
                <w:szCs w:val="20"/>
                <w:bCs/>
              </w:rPr>
              <w:t>אֲנִי רוֹצֶה/רוֹצָה לִלְמֹד…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/>
          <w:b/>
          <w:color w:val="16A34A"/>
          <w:sz w:val="30"/>
          <w:rtl/>
          <w:szCs w:val="30"/>
          <w:bCs/>
        </w:rPr>
        <w:t>הַשֵּׁם שֶׁלִּי: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8"/>
          <w:rtl/>
          <w:szCs w:val="28"/>
        </w:rPr>
        <w:t>______________________________________________________________________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