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media/image1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</w:tblPr>
      <w:tblGrid>
        <w:gridCol w:w="8787"/>
        <w:gridCol w:w="1417"/>
      </w:tblGrid>
      <w:tr>
        <w:tc>
          <w:tcPr>
            <w:tcW w:type="dxa" w:w="8787"/>
            <w:shd w:val="clear" w:color="auto" w:fill="16a34a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44"/>
                <w:rtl/>
                <w:szCs w:val="44"/>
                <w:bCs/>
              </w:rPr>
              <w:t>זֶה אֲנִי!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color w:val="FFFFFF"/>
                <w:sz w:val="20"/>
                <w:rtl/>
                <w:szCs w:val="20"/>
              </w:rPr>
              <w:t>עולים חדשים · גילוי · החוזקות שלי</w:t>
            </w:r>
          </w:p>
        </w:tc>
        <w:tc>
          <w:tcPr>
            <w:tcW w:type="dxa" w:w="1417"/>
            <w:shd w:val="clear" w:color="auto" w:fill="16a34a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120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120"/>
        <w:jc w:val="right"/>
      </w:pPr>
      <w:r>
        <w:rPr>
          <w:rFonts w:ascii="Arial" w:hAnsi="Arial" w:cs="Arial"/>
          <w:sz w:val="21"/>
          <w:rtl/>
          <w:szCs w:val="21"/>
        </w:rPr>
        <w:t>שם: ____________________   כיתה: ________   תאריך: ________</w:t>
      </w: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cfce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מַקִּיפִים בְּעִגּוּל 3 דְּבָרִים שֶׁמַּתְאִימִים לִי.</w:t>
            </w:r>
          </w:p>
        </w:tc>
      </w:tr>
    </w:tbl>
    <w:p>
      <w:pPr>
        <w:bidi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E5E7EB"/>
          <w:left w:val="single" w:sz="8" w:color="E5E7EB"/>
          <w:bottom w:val="single" w:sz="8" w:color="E5E7EB"/>
          <w:right w:val="single" w:sz="8" w:color="E5E7EB"/>
          <w:insideH w:val="single" w:sz="8" w:color="E5E7EB"/>
          <w:insideV w:val="single" w:sz="8" w:color="E5E7EB"/>
        </w:tblBorders>
      </w:tblPr>
      <w:tblGrid>
        <w:gridCol w:w="5103"/>
        <w:gridCol w:w="5103"/>
      </w:tblGrid>
      <w:tr>
        <w:trPr>
          <w:trHeight w:val="737" w:hRule="atLeast"/>
          <w:trHeight w:val="737" w:hRule="atLeast"/>
        </w:trP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6"/>
                <w:rtl/>
                <w:szCs w:val="26"/>
              </w:rPr>
              <w:t>🔍  לִשְׁאֹל שְׁאֵלוֹת – זֶה אֲנִי!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6"/>
                <w:rtl/>
                <w:szCs w:val="26"/>
              </w:rPr>
              <w:t>🎨  לְהַמְצִיא וּלְצַיֵּר – זֶה אֲנִי!</w:t>
            </w:r>
          </w:p>
        </w:tc>
      </w:tr>
      <w:tr>
        <w:trPr>
          <w:trHeight w:val="737" w:hRule="atLeast"/>
          <w:trHeight w:val="737" w:hRule="atLeast"/>
        </w:trP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6"/>
                <w:rtl/>
                <w:szCs w:val="26"/>
              </w:rPr>
              <w:t>📚  לִלְמֹד מִלִּים חֲדָשׁוֹת – זֶה אֲנִי!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6"/>
                <w:rtl/>
                <w:szCs w:val="26"/>
              </w:rPr>
              <w:t>🦁  לְנַסּוֹת גַּם כְּשֶׁמְּפַחֲדִים – זֶה אֲנִי!</w:t>
            </w:r>
          </w:p>
        </w:tc>
      </w:tr>
      <w:tr>
        <w:trPr>
          <w:trHeight w:val="737" w:hRule="atLeast"/>
          <w:trHeight w:val="737" w:hRule="atLeast"/>
        </w:trP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6"/>
                <w:rtl/>
                <w:szCs w:val="26"/>
              </w:rPr>
              <w:t>🧗  לְנַסּוֹת שׁוּב וָשׁוּב – זֶה אֲנִי!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6"/>
                <w:rtl/>
                <w:szCs w:val="26"/>
              </w:rPr>
              <w:t>💎  לְהַגִּיד אֶת הָאֱמֶת – זֶה אֲנִי!</w:t>
            </w:r>
          </w:p>
        </w:tc>
      </w:tr>
      <w:tr>
        <w:trPr>
          <w:trHeight w:val="737" w:hRule="atLeast"/>
          <w:trHeight w:val="737" w:hRule="atLeast"/>
        </w:trP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6"/>
                <w:rtl/>
                <w:szCs w:val="26"/>
              </w:rPr>
              <w:t>🤲  לַעֲזֹר לַחֲבֵר – זֶה אֲנִי!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6"/>
                <w:rtl/>
                <w:szCs w:val="26"/>
              </w:rPr>
              <w:t>👥  לַעֲבֹד בְּיַחַד – זֶה אֲנִי!</w:t>
            </w:r>
          </w:p>
        </w:tc>
      </w:tr>
      <w:tr>
        <w:trPr>
          <w:trHeight w:val="737" w:hRule="atLeast"/>
          <w:trHeight w:val="737" w:hRule="atLeast"/>
        </w:trP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6"/>
                <w:rtl/>
                <w:szCs w:val="26"/>
              </w:rPr>
              <w:t>🎯  לַעֲצֹר וְלִנְשֹׁם – זֶה אֲנִי!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6"/>
                <w:rtl/>
                <w:szCs w:val="26"/>
              </w:rPr>
              <w:t>🌅  לִרְאוֹת דְּבָרִים יָפִים – זֶה אֲנִי!</w:t>
            </w:r>
          </w:p>
        </w:tc>
      </w:tr>
      <w:tr>
        <w:trPr>
          <w:trHeight w:val="737" w:hRule="atLeast"/>
          <w:trHeight w:val="737" w:hRule="atLeast"/>
        </w:trP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6"/>
                <w:rtl/>
                <w:szCs w:val="26"/>
              </w:rPr>
              <w:t>🙏  לְהַגִּיד תּוֹדָה – זֶה אֲנִי!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6"/>
                <w:rtl/>
                <w:szCs w:val="26"/>
              </w:rPr>
              <w:t>😄  לִצְחֹק בְּיַחַד – זֶה אֲנִי!</w:t>
            </w:r>
          </w:p>
        </w:tc>
      </w:tr>
    </w:tbl>
    <w:p>
      <w:pPr>
        <w:bidi/>
        <w:spacing w:after="60"/>
        <w:jc w:val="right"/>
      </w:pPr>
      <w:r>
        <w:rPr>
          <w:rFonts w:ascii="Arial" w:hAnsi="Arial" w:cs="Arial"/>
          <w:b/>
          <w:color w:val="16A34A"/>
          <w:sz w:val="30"/>
          <w:rtl/>
          <w:szCs w:val="30"/>
          <w:bCs/>
        </w:rPr>
        <w:t>מַשְׁלִימִים:</w:t>
      </w:r>
    </w:p>
    <w:p>
      <w:pPr>
        <w:bidi/>
        <w:spacing w:after="80"/>
        <w:jc w:val="right"/>
      </w:pPr>
      <w:r>
        <w:rPr>
          <w:rFonts w:ascii="Arial" w:hAnsi="Arial" w:cs="Arial"/>
          <w:sz w:val="28"/>
          <w:rtl/>
          <w:szCs w:val="28"/>
        </w:rPr>
        <w:t>אֲנִי טוֹב/טוֹבָה בְּ_______________.</w:t>
      </w:r>
    </w:p>
    <w:p>
      <w:pPr>
        <w:bidi/>
        <w:spacing w:after="80"/>
        <w:jc w:val="right"/>
      </w:pPr>
      <w:r>
        <w:rPr>
          <w:rFonts w:ascii="Arial" w:hAnsi="Arial" w:cs="Arial"/>
          <w:sz w:val="28"/>
          <w:rtl/>
          <w:szCs w:val="28"/>
        </w:rPr>
        <w:t>אֲנִי אוֹהֵב/אוֹהֶבֶת _______________.</w:t>
      </w:r>
    </w:p>
    <w:sectPr w:rsidR="00FC693F" w:rsidRPr="0006063C" w:rsidSect="00034616">
      <w:footerReference w:type="default" r:id="rId10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right"/>
    </w:pPr>
    <w:r>
      <w:rPr>
        <w:rFonts w:ascii="Arial" w:hAnsi="Arial" w:cs="Arial"/>
        <w:color w:val="555555"/>
        <w:sz w:val="18"/>
        <w:rtl/>
        <w:szCs w:val="18"/>
      </w:rPr>
      <w:t>יצרה: רוית ראש בן ישי · החוזקות שלי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