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8787"/>
        <w:gridCol w:w="1417"/>
      </w:tblGrid>
      <w:tr>
        <w:tc>
          <w:tcPr>
            <w:tcW w:type="dxa" w:w="8787"/>
            <w:shd w:val="clear" w:color="auto" w:fill="16a34a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4"/>
                <w:rtl/>
                <w:szCs w:val="44"/>
                <w:bCs/>
              </w:rPr>
              <w:t>מִלִּים שֶׁל חוֹזְקוֹת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color w:val="FFFFFF"/>
                <w:sz w:val="20"/>
                <w:rtl/>
                <w:szCs w:val="20"/>
              </w:rPr>
              <w:t>עולים חדשים · אוצר מילים · החוזקות שלי</w:t>
            </w:r>
          </w:p>
        </w:tc>
        <w:tc>
          <w:tcPr>
            <w:tcW w:type="dxa" w:w="1417"/>
            <w:shd w:val="clear" w:color="auto" w:fill="16a34a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12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  <w:jc w:val="right"/>
      </w:pPr>
      <w:r>
        <w:rPr>
          <w:rFonts w:ascii="Arial" w:hAnsi="Arial" w:cs="Arial"/>
          <w:sz w:val="21"/>
          <w:rtl/>
          <w:szCs w:val="21"/>
        </w:rPr>
        <w:t>שם: ____________________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cfce7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מְחַבְּרִים קַו: תְּמוּנָה ← מִלָּה.</w:t>
            </w:r>
          </w:p>
        </w:tc>
      </w:tr>
    </w:tbl>
    <w:p>
      <w:pPr>
        <w:bidi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🦁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הַכָּרַת תּוֹדָה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🤲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הַתְמָדָה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🙏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נְדִיבוּת וְחֶסֶד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🧗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סַקְרָנוּת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😄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הוּמוֹר</w:t>
            </w:r>
          </w:p>
        </w:tc>
      </w:tr>
      <w:tr>
        <w:trPr>
          <w:trHeight w:val="680" w:hRule="atLeast"/>
        </w:trPr>
        <w:tc>
          <w:tcPr>
            <w:tcW w:type="dxa" w:w="3969"/>
          </w:tcPr>
          <w:p>
            <w:pPr>
              <w:bidi/>
              <w:jc w:val="left"/>
            </w:pPr>
            <w:r/>
            <w:r>
              <w:rPr>
                <w:rFonts w:ascii="Arial" w:hAnsi="Arial" w:cs="Arial"/>
                <w:sz w:val="48"/>
                <w:rtl/>
                <w:szCs w:val="48"/>
              </w:rPr>
              <w:t>🔍  ●</w:t>
            </w:r>
          </w:p>
        </w:tc>
        <w:tc>
          <w:tcPr>
            <w:tcW w:type="dxa" w:w="1984"/>
          </w:tcPr>
          <w:p/>
        </w:tc>
        <w:tc>
          <w:tcPr>
            <w:tcW w:type="dxa" w:w="4252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8"/>
                <w:rtl/>
                <w:szCs w:val="28"/>
              </w:rPr>
              <w:t>●  אֹמֶץ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/>
          <w:color w:val="16A34A"/>
          <w:sz w:val="30"/>
          <w:rtl/>
          <w:szCs w:val="30"/>
          <w:bCs/>
        </w:rPr>
        <w:t>כּוֹתְבִים אֶת הַמִּלִּים: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B8B0CC"/>
          <w:left w:val="single" w:sz="8" w:color="B8B0CC"/>
          <w:bottom w:val="single" w:sz="8" w:color="B8B0CC"/>
          <w:right w:val="single" w:sz="8" w:color="B8B0CC"/>
          <w:insideH w:val="single" w:sz="8" w:color="B8B0CC"/>
          <w:insideV w:val="single" w:sz="8" w:color="B8B0CC"/>
        </w:tblBorders>
      </w:tblPr>
      <w:tblGrid>
        <w:gridCol w:w="5103"/>
        <w:gridCol w:w="5103"/>
      </w:tblGrid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🦁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🤲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🙏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🧗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😄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  <w:tr>
        <w:trPr>
          <w:trHeight w:val="623" w:hRule="atLeast"/>
        </w:trPr>
        <w:tc>
          <w:tcPr>
            <w:tcW w:type="dxa" w:w="510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🔍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/>
          </w:p>
        </w:tc>
      </w:tr>
    </w:tbl>
    <w:p>
      <w:pPr>
        <w:bidi/>
        <w:spacing w:after="40"/>
        <w:jc w:val="right"/>
      </w:pPr>
    </w:p>
    <w:p>
      <w:pPr>
        <w:bidi/>
        <w:spacing w:after="80"/>
        <w:jc w:val="right"/>
      </w:pPr>
      <w:r>
        <w:rPr>
          <w:rFonts w:ascii="Arial" w:hAnsi="Arial" w:cs="Arial"/>
          <w:color w:val="666666"/>
          <w:sz w:val="17"/>
          <w:rtl/>
          <w:szCs w:val="17"/>
        </w:rPr>
        <w:t>✔ מפתח למורה: 🦁 אֹמֶץ · 🤲 נְדִיבוּת וְחֶסֶד · 🙏 הַכָּרַת תּוֹדָה · 🧗 הַתְמָדָה · 😄 הוּמוֹר · 🔍 סַקְרָנוּת</w:t>
      </w:r>
    </w:p>
    <w:sectPr w:rsidR="00FC693F" w:rsidRPr="0006063C" w:rsidSect="00034616"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color w:val="555555"/>
        <w:sz w:val="18"/>
        <w:rtl/>
        <w:szCs w:val="18"/>
      </w:rPr>
      <w:t>יצרה: רוית ראש בן ישי · החוזקות שלי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