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media/image1.png" ContentType="image/jpe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</w:tblPr>
      <w:tblGrid>
        <w:gridCol w:w="8787"/>
        <w:gridCol w:w="1417"/>
      </w:tblGrid>
      <w:tr>
        <w:tc>
          <w:tcPr>
            <w:tcW w:type="dxa" w:w="8787"/>
            <w:shd w:val="clear" w:color="auto" w:fill="0f766e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40"/>
                <w:rtl/>
                <w:szCs w:val="40"/>
                <w:bCs/>
              </w:rPr>
              <w:t>מיפוי חוזקות ומשאבים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color w:val="FFFFFF"/>
                <w:sz w:val="20"/>
                <w:rtl/>
                <w:szCs w:val="20"/>
              </w:rPr>
              <w:t>חט״ע · חוסן · החוזקות שלי</w:t>
            </w:r>
          </w:p>
        </w:tc>
        <w:tc>
          <w:tcPr>
            <w:tcW w:type="dxa" w:w="1417"/>
            <w:shd w:val="clear" w:color="auto" w:fill="0f766e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120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120"/>
        <w:jc w:val="right"/>
      </w:pPr>
      <w:r>
        <w:rPr>
          <w:rFonts w:ascii="Arial" w:hAnsi="Arial" w:cs="Arial"/>
          <w:sz w:val="21"/>
          <w:rtl/>
          <w:szCs w:val="21"/>
        </w:rPr>
        <w:t>שם: ____________________   כיתה: ________   תאריך: ________</w:t>
      </w:r>
    </w:p>
    <w:tbl>
      <w:tblPr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ccfbf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4"/>
                <w:rtl/>
                <w:szCs w:val="24"/>
                <w:bCs/>
              </w:rPr>
              <w:t>סמנו על כל ציר עד כמה אתם נשענים על הערוץ (1 = מעט, 4 = הרבה), וחברו את הנקודות. אחר כך כתבו אילו חוזקות שלכם מזינות כל ערוץ.</w:t>
            </w:r>
          </w:p>
        </w:tc>
      </w:tr>
    </w:tbl>
    <w:p>
      <w:pPr>
        <w:bidi/>
        <w:spacing w:after="40"/>
        <w:jc w:val="right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B8B0CC"/>
          <w:left w:val="single" w:sz="8" w:color="B8B0CC"/>
          <w:bottom w:val="single" w:sz="8" w:color="B8B0CC"/>
          <w:right w:val="single" w:sz="8" w:color="B8B0CC"/>
          <w:insideH w:val="single" w:sz="8" w:color="B8B0CC"/>
          <w:insideV w:val="single" w:sz="8" w:color="B8B0CC"/>
        </w:tblBorders>
      </w:tblPr>
      <w:tblGrid>
        <w:gridCol w:w="2041"/>
        <w:gridCol w:w="2041"/>
        <w:gridCol w:w="2041"/>
        <w:gridCol w:w="2041"/>
        <w:gridCol w:w="2041"/>
      </w:tblGrid>
      <w:tr>
        <w:tc>
          <w:tcPr>
            <w:tcW w:type="dxa" w:w="2041"/>
            <w:shd w:val="clear" w:color="auto" w:fill="ccfbf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ערוץ</w:t>
            </w:r>
          </w:p>
        </w:tc>
        <w:tc>
          <w:tcPr>
            <w:tcW w:type="dxa" w:w="2041"/>
            <w:shd w:val="clear" w:color="auto" w:fill="ccfbf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1 (מעט)</w:t>
            </w:r>
          </w:p>
        </w:tc>
        <w:tc>
          <w:tcPr>
            <w:tcW w:type="dxa" w:w="2041"/>
            <w:shd w:val="clear" w:color="auto" w:fill="ccfbf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2</w:t>
            </w:r>
          </w:p>
        </w:tc>
        <w:tc>
          <w:tcPr>
            <w:tcW w:type="dxa" w:w="2041"/>
            <w:shd w:val="clear" w:color="auto" w:fill="ccfbf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3</w:t>
            </w:r>
          </w:p>
        </w:tc>
        <w:tc>
          <w:tcPr>
            <w:tcW w:type="dxa" w:w="2041"/>
            <w:shd w:val="clear" w:color="auto" w:fill="ccfbf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4 (הרבה)</w:t>
            </w:r>
          </w:p>
        </w:tc>
      </w:tr>
      <w:tr>
        <w:tc>
          <w:tcPr>
            <w:tcW w:type="dxa" w:w="204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גוף</w:t>
            </w:r>
          </w:p>
        </w:tc>
        <w:tc>
          <w:tcPr>
            <w:tcW w:type="dxa" w:w="204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6"/>
                <w:rtl/>
                <w:szCs w:val="26"/>
              </w:rPr>
              <w:t>○</w:t>
            </w:r>
          </w:p>
        </w:tc>
        <w:tc>
          <w:tcPr>
            <w:tcW w:type="dxa" w:w="204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6"/>
                <w:rtl/>
                <w:szCs w:val="26"/>
              </w:rPr>
              <w:t>○</w:t>
            </w:r>
          </w:p>
        </w:tc>
        <w:tc>
          <w:tcPr>
            <w:tcW w:type="dxa" w:w="204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6"/>
                <w:rtl/>
                <w:szCs w:val="26"/>
              </w:rPr>
              <w:t>○</w:t>
            </w:r>
          </w:p>
        </w:tc>
        <w:tc>
          <w:tcPr>
            <w:tcW w:type="dxa" w:w="204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6"/>
                <w:rtl/>
                <w:szCs w:val="26"/>
              </w:rPr>
              <w:t>○</w:t>
            </w:r>
          </w:p>
        </w:tc>
      </w:tr>
      <w:tr>
        <w:tc>
          <w:tcPr>
            <w:tcW w:type="dxa" w:w="204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שכל</w:t>
            </w:r>
          </w:p>
        </w:tc>
        <w:tc>
          <w:tcPr>
            <w:tcW w:type="dxa" w:w="204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6"/>
                <w:rtl/>
                <w:szCs w:val="26"/>
              </w:rPr>
              <w:t>○</w:t>
            </w:r>
          </w:p>
        </w:tc>
        <w:tc>
          <w:tcPr>
            <w:tcW w:type="dxa" w:w="204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6"/>
                <w:rtl/>
                <w:szCs w:val="26"/>
              </w:rPr>
              <w:t>○</w:t>
            </w:r>
          </w:p>
        </w:tc>
        <w:tc>
          <w:tcPr>
            <w:tcW w:type="dxa" w:w="204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6"/>
                <w:rtl/>
                <w:szCs w:val="26"/>
              </w:rPr>
              <w:t>○</w:t>
            </w:r>
          </w:p>
        </w:tc>
        <w:tc>
          <w:tcPr>
            <w:tcW w:type="dxa" w:w="204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6"/>
                <w:rtl/>
                <w:szCs w:val="26"/>
              </w:rPr>
              <w:t>○</w:t>
            </w:r>
          </w:p>
        </w:tc>
      </w:tr>
      <w:tr>
        <w:tc>
          <w:tcPr>
            <w:tcW w:type="dxa" w:w="204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רגש</w:t>
            </w:r>
          </w:p>
        </w:tc>
        <w:tc>
          <w:tcPr>
            <w:tcW w:type="dxa" w:w="204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6"/>
                <w:rtl/>
                <w:szCs w:val="26"/>
              </w:rPr>
              <w:t>○</w:t>
            </w:r>
          </w:p>
        </w:tc>
        <w:tc>
          <w:tcPr>
            <w:tcW w:type="dxa" w:w="204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6"/>
                <w:rtl/>
                <w:szCs w:val="26"/>
              </w:rPr>
              <w:t>○</w:t>
            </w:r>
          </w:p>
        </w:tc>
        <w:tc>
          <w:tcPr>
            <w:tcW w:type="dxa" w:w="204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6"/>
                <w:rtl/>
                <w:szCs w:val="26"/>
              </w:rPr>
              <w:t>○</w:t>
            </w:r>
          </w:p>
        </w:tc>
        <w:tc>
          <w:tcPr>
            <w:tcW w:type="dxa" w:w="204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6"/>
                <w:rtl/>
                <w:szCs w:val="26"/>
              </w:rPr>
              <w:t>○</w:t>
            </w:r>
          </w:p>
        </w:tc>
      </w:tr>
      <w:tr>
        <w:tc>
          <w:tcPr>
            <w:tcW w:type="dxa" w:w="204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מערכת אמונות</w:t>
            </w:r>
          </w:p>
        </w:tc>
        <w:tc>
          <w:tcPr>
            <w:tcW w:type="dxa" w:w="204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6"/>
                <w:rtl/>
                <w:szCs w:val="26"/>
              </w:rPr>
              <w:t>○</w:t>
            </w:r>
          </w:p>
        </w:tc>
        <w:tc>
          <w:tcPr>
            <w:tcW w:type="dxa" w:w="204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6"/>
                <w:rtl/>
                <w:szCs w:val="26"/>
              </w:rPr>
              <w:t>○</w:t>
            </w:r>
          </w:p>
        </w:tc>
        <w:tc>
          <w:tcPr>
            <w:tcW w:type="dxa" w:w="204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6"/>
                <w:rtl/>
                <w:szCs w:val="26"/>
              </w:rPr>
              <w:t>○</w:t>
            </w:r>
          </w:p>
        </w:tc>
        <w:tc>
          <w:tcPr>
            <w:tcW w:type="dxa" w:w="204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6"/>
                <w:rtl/>
                <w:szCs w:val="26"/>
              </w:rPr>
              <w:t>○</w:t>
            </w:r>
          </w:p>
        </w:tc>
      </w:tr>
      <w:tr>
        <w:tc>
          <w:tcPr>
            <w:tcW w:type="dxa" w:w="204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חברה</w:t>
            </w:r>
          </w:p>
        </w:tc>
        <w:tc>
          <w:tcPr>
            <w:tcW w:type="dxa" w:w="204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6"/>
                <w:rtl/>
                <w:szCs w:val="26"/>
              </w:rPr>
              <w:t>○</w:t>
            </w:r>
          </w:p>
        </w:tc>
        <w:tc>
          <w:tcPr>
            <w:tcW w:type="dxa" w:w="204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6"/>
                <w:rtl/>
                <w:szCs w:val="26"/>
              </w:rPr>
              <w:t>○</w:t>
            </w:r>
          </w:p>
        </w:tc>
        <w:tc>
          <w:tcPr>
            <w:tcW w:type="dxa" w:w="204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6"/>
                <w:rtl/>
                <w:szCs w:val="26"/>
              </w:rPr>
              <w:t>○</w:t>
            </w:r>
          </w:p>
        </w:tc>
        <w:tc>
          <w:tcPr>
            <w:tcW w:type="dxa" w:w="204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6"/>
                <w:rtl/>
                <w:szCs w:val="26"/>
              </w:rPr>
              <w:t>○</w:t>
            </w:r>
          </w:p>
        </w:tc>
      </w:tr>
      <w:tr>
        <w:tc>
          <w:tcPr>
            <w:tcW w:type="dxa" w:w="204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דמיון</w:t>
            </w:r>
          </w:p>
        </w:tc>
        <w:tc>
          <w:tcPr>
            <w:tcW w:type="dxa" w:w="204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6"/>
                <w:rtl/>
                <w:szCs w:val="26"/>
              </w:rPr>
              <w:t>○</w:t>
            </w:r>
          </w:p>
        </w:tc>
        <w:tc>
          <w:tcPr>
            <w:tcW w:type="dxa" w:w="204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6"/>
                <w:rtl/>
                <w:szCs w:val="26"/>
              </w:rPr>
              <w:t>○</w:t>
            </w:r>
          </w:p>
        </w:tc>
        <w:tc>
          <w:tcPr>
            <w:tcW w:type="dxa" w:w="204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6"/>
                <w:rtl/>
                <w:szCs w:val="26"/>
              </w:rPr>
              <w:t>○</w:t>
            </w:r>
          </w:p>
        </w:tc>
        <w:tc>
          <w:tcPr>
            <w:tcW w:type="dxa" w:w="204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6"/>
                <w:rtl/>
                <w:szCs w:val="26"/>
              </w:rPr>
              <w:t>○</w:t>
            </w:r>
          </w:p>
        </w:tc>
      </w:tr>
    </w:tbl>
    <w:p>
      <w:pPr>
        <w:bidi/>
        <w:spacing w:after="40"/>
        <w:jc w:val="right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B8B0CC"/>
          <w:left w:val="single" w:sz="8" w:color="B8B0CC"/>
          <w:bottom w:val="single" w:sz="8" w:color="B8B0CC"/>
          <w:right w:val="single" w:sz="8" w:color="B8B0CC"/>
          <w:insideH w:val="single" w:sz="8" w:color="B8B0CC"/>
          <w:insideV w:val="single" w:sz="8" w:color="B8B0CC"/>
        </w:tblBorders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ccfbf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ערוץ</w:t>
            </w:r>
          </w:p>
        </w:tc>
        <w:tc>
          <w:tcPr>
            <w:tcW w:type="dxa" w:w="3402"/>
            <w:shd w:val="clear" w:color="auto" w:fill="ccfbf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החוזקות שלי שמזינות אותו</w:t>
            </w:r>
          </w:p>
        </w:tc>
        <w:tc>
          <w:tcPr>
            <w:tcW w:type="dxa" w:w="3402"/>
            <w:shd w:val="clear" w:color="auto" w:fill="ccfbf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כלי אחד שעובד לי</w:t>
            </w:r>
          </w:p>
        </w:tc>
      </w:tr>
      <w:tr>
        <w:trPr>
          <w:trHeight w:val="510" w:hRule="atLeast"/>
        </w:trPr>
        <w:tc>
          <w:tcPr>
            <w:tcW w:type="dxa" w:w="3402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גוף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/>
          </w:p>
        </w:tc>
        <w:tc>
          <w:tcPr>
            <w:tcW w:type="dxa" w:w="3402"/>
          </w:tcPr>
          <w:p>
            <w:pPr>
              <w:bidi/>
              <w:jc w:val="right"/>
            </w:pPr>
            <w:r/>
          </w:p>
        </w:tc>
      </w:tr>
      <w:tr>
        <w:trPr>
          <w:trHeight w:val="510" w:hRule="atLeast"/>
        </w:trPr>
        <w:tc>
          <w:tcPr>
            <w:tcW w:type="dxa" w:w="3402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שכל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/>
          </w:p>
        </w:tc>
        <w:tc>
          <w:tcPr>
            <w:tcW w:type="dxa" w:w="3402"/>
          </w:tcPr>
          <w:p>
            <w:pPr>
              <w:bidi/>
              <w:jc w:val="right"/>
            </w:pPr>
            <w:r/>
          </w:p>
        </w:tc>
      </w:tr>
      <w:tr>
        <w:trPr>
          <w:trHeight w:val="510" w:hRule="atLeast"/>
        </w:trPr>
        <w:tc>
          <w:tcPr>
            <w:tcW w:type="dxa" w:w="3402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רגש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/>
          </w:p>
        </w:tc>
        <w:tc>
          <w:tcPr>
            <w:tcW w:type="dxa" w:w="3402"/>
          </w:tcPr>
          <w:p>
            <w:pPr>
              <w:bidi/>
              <w:jc w:val="right"/>
            </w:pPr>
            <w:r/>
          </w:p>
        </w:tc>
      </w:tr>
      <w:tr>
        <w:trPr>
          <w:trHeight w:val="510" w:hRule="atLeast"/>
        </w:trPr>
        <w:tc>
          <w:tcPr>
            <w:tcW w:type="dxa" w:w="3402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מערכת אמונות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/>
          </w:p>
        </w:tc>
        <w:tc>
          <w:tcPr>
            <w:tcW w:type="dxa" w:w="3402"/>
          </w:tcPr>
          <w:p>
            <w:pPr>
              <w:bidi/>
              <w:jc w:val="right"/>
            </w:pPr>
            <w:r/>
          </w:p>
        </w:tc>
      </w:tr>
      <w:tr>
        <w:trPr>
          <w:trHeight w:val="510" w:hRule="atLeast"/>
        </w:trPr>
        <w:tc>
          <w:tcPr>
            <w:tcW w:type="dxa" w:w="3402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חברה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/>
          </w:p>
        </w:tc>
        <w:tc>
          <w:tcPr>
            <w:tcW w:type="dxa" w:w="3402"/>
          </w:tcPr>
          <w:p>
            <w:pPr>
              <w:bidi/>
              <w:jc w:val="right"/>
            </w:pPr>
            <w:r/>
          </w:p>
        </w:tc>
      </w:tr>
      <w:tr>
        <w:trPr>
          <w:trHeight w:val="510" w:hRule="atLeast"/>
        </w:trPr>
        <w:tc>
          <w:tcPr>
            <w:tcW w:type="dxa" w:w="3402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דמיון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/>
          </w:p>
        </w:tc>
        <w:tc>
          <w:tcPr>
            <w:tcW w:type="dxa" w:w="3402"/>
          </w:tcPr>
          <w:p>
            <w:pPr>
              <w:bidi/>
              <w:jc w:val="right"/>
            </w:pPr>
            <w:r/>
          </w:p>
        </w:tc>
      </w:tr>
    </w:tbl>
    <w:p>
      <w:pPr>
        <w:bidi/>
        <w:spacing w:after="40"/>
        <w:jc w:val="right"/>
      </w:pPr>
    </w:p>
    <w:p>
      <w:pPr>
        <w:bidi/>
        <w:spacing w:after="60"/>
        <w:jc w:val="right"/>
      </w:pPr>
      <w:r>
        <w:rPr>
          <w:rFonts w:ascii="Arial" w:hAnsi="Arial" w:cs="Arial"/>
          <w:b/>
          <w:color w:val="0F766E"/>
          <w:sz w:val="26"/>
          <w:rtl/>
          <w:szCs w:val="26"/>
          <w:bCs/>
        </w:rPr>
        <w:t>התוכנית שלי: ערוץ חזק להישען עליו + ערוץ להרחבה, וצעד ראשון.</w:t>
      </w:r>
    </w:p>
    <w:p>
      <w:pPr>
        <w:bidi/>
        <w:spacing w:after="160"/>
        <w:jc w:val="right"/>
      </w:pPr>
      <w:r>
        <w:rPr>
          <w:rFonts w:ascii="Arial" w:hAnsi="Arial" w:cs="Arial"/>
          <w:color w:val="9CA3AF"/>
          <w:sz w:val="24"/>
          <w:rtl/>
          <w:szCs w:val="24"/>
        </w:rPr>
        <w:t>______________________________________________________________________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color w:val="9CA3AF"/>
          <w:sz w:val="24"/>
          <w:rtl/>
          <w:szCs w:val="24"/>
        </w:rPr>
        <w:t>______________________________________________________________________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color w:val="9CA3AF"/>
          <w:sz w:val="24"/>
          <w:rtl/>
          <w:szCs w:val="24"/>
        </w:rPr>
        <w:t>______________________________________________________________________</w:t>
      </w:r>
    </w:p>
    <w:sectPr w:rsidR="00FC693F" w:rsidRPr="0006063C" w:rsidSect="00034616">
      <w:footerReference w:type="default" r:id="rId10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jc w:val="right"/>
    </w:pPr>
    <w:r>
      <w:rPr>
        <w:rFonts w:ascii="Arial" w:hAnsi="Arial" w:cs="Arial"/>
        <w:color w:val="555555"/>
        <w:sz w:val="18"/>
        <w:rtl/>
        <w:szCs w:val="18"/>
      </w:rPr>
      <w:t>יצרה: רוית ראש בן ישי · החוזקות שלי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